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3C45" w:rsidRDefault="009131D5">
      <w:pPr>
        <w:jc w:val="right"/>
        <w:rPr>
          <w:rFonts w:hint="eastAsia"/>
        </w:rPr>
      </w:pPr>
      <w:r>
        <w:rPr>
          <w:b/>
          <w:color w:val="166A73"/>
          <w:sz w:val="18"/>
        </w:rPr>
        <w:t>SAJTÓANYAG  |  2026. ŐSZ</w:t>
      </w:r>
    </w:p>
    <w:p w:rsidR="00EE3C45" w:rsidRDefault="009131D5">
      <w:pPr>
        <w:pStyle w:val="Cm"/>
      </w:pPr>
      <w:r>
        <w:t>Jelen lenni önmagunk, egymás és Isten számára</w:t>
      </w:r>
    </w:p>
    <w:p w:rsidR="00EE3C45" w:rsidRDefault="009131D5">
      <w:pPr>
        <w:pStyle w:val="Lead"/>
        <w:rPr>
          <w:rFonts w:hint="eastAsia"/>
        </w:rPr>
      </w:pPr>
      <w:r>
        <w:t>„Jelen. Lét. – Jelen vagy?” címmel rendezik meg 2026. október 3-án a Nagymarosi Ifjúsági Találkozót. A Duna-parti városba ezúttal is fiatalokat, családokat, közösségeket és minden „régebb óta fiatalt” várnak közös imára, elmélyülésre és találkozásra.</w:t>
      </w:r>
    </w:p>
    <w:p w:rsidR="00EE3C45" w:rsidRDefault="009131D5">
      <w:pPr>
        <w:rPr>
          <w:rFonts w:hint="eastAsia"/>
        </w:rPr>
      </w:pPr>
      <w:r>
        <w:t>Rohannak a hétköznapok, pörögnek a feladatok, tervezzük a jövőt, vagy éppen a múlt eseményeit idézzük fel – közben pedig könnyen elillan a legértékesebb pillanat: a most. Az őszi találkozó arra a nagyon mai kérdésre irányítja a figyelmet, hogy képesek vagyunk-e igazán jelen lenni a saját életünkben, a kapcsolatainkban és Isten előtt. A nap mottója is erre hív: „Taníts teljes hittel járni, jelenlétedben élni.”</w:t>
      </w:r>
    </w:p>
    <w:p w:rsidR="00EE3C45" w:rsidRDefault="009131D5">
      <w:pPr>
        <w:rPr>
          <w:rFonts w:hint="eastAsia"/>
        </w:rPr>
      </w:pPr>
      <w:r>
        <w:t>A szervezők szerint a fizikai jelenlét önmagában még nem feltétlenül jelent valódi kapcsolódást. Lehetünk folyamatosan elérhetők az online térben, miközben nem figyelünk arra, aki mellettünk van. Isten azonban a jelenben akar találkozni velünk: a csendben, a munkában, a szolgálatban, a teremtett világ szépségében és a másik ember tekintetében. Nagymaros egy napra teret ad ahhoz, hogy a résztvevők kilépjenek a mindennapok zajából, és figyelemmel forduljanak önmaguk, egymás és Isten felé.</w:t>
      </w:r>
    </w:p>
    <w:p w:rsidR="00EE3C45" w:rsidRDefault="009131D5">
      <w:pPr>
        <w:pStyle w:val="Cmsor1"/>
      </w:pPr>
      <w:r>
        <w:t>A találkozó programja</w:t>
      </w:r>
    </w:p>
    <w:p w:rsidR="00EE3C45" w:rsidRDefault="009131D5">
      <w:pPr>
        <w:rPr>
          <w:rFonts w:hint="eastAsia"/>
        </w:rPr>
      </w:pPr>
      <w:r>
        <w:t>A program október 3-án 9 órakor kezdődik a nagymarosi plébánia udvarán. A 10 órakor kezdődő főelőadást Ferenczy István és a Cor et Lumen Christi közösség tartja. A nap során szentségimádás, gyónási és lelkibeszélgetési lehetőség, valamint különféle fakultációk és műhelyek segítik az elmélyülést és a személyes találkozásokat.</w:t>
      </w:r>
    </w:p>
    <w:p w:rsidR="00EE3C45" w:rsidRDefault="009131D5">
      <w:pPr>
        <w:rPr>
          <w:rFonts w:hint="eastAsia"/>
        </w:rPr>
      </w:pPr>
      <w:r>
        <w:t xml:space="preserve">A 16 órakor kezdődő ünnepi szentmise főcelebránsa Dr. Bábel Balázs kalocsa-kecskeméti érsek lesz. A találkozó zenei szolgálatát Martin Dorka és csapata végzi. A szentmise </w:t>
      </w:r>
      <w:proofErr w:type="spellStart"/>
      <w:r>
        <w:t>után</w:t>
      </w:r>
      <w:proofErr w:type="spellEnd"/>
      <w:r>
        <w:t xml:space="preserve"> </w:t>
      </w:r>
      <w:proofErr w:type="spellStart"/>
      <w:r>
        <w:t>közös</w:t>
      </w:r>
      <w:proofErr w:type="spellEnd"/>
      <w:r>
        <w:t xml:space="preserve"> </w:t>
      </w:r>
      <w:proofErr w:type="spellStart"/>
      <w:r>
        <w:t>éneklés</w:t>
      </w:r>
      <w:proofErr w:type="spellEnd"/>
      <w:r>
        <w:t xml:space="preserve">, </w:t>
      </w:r>
      <w:proofErr w:type="spellStart"/>
      <w:r>
        <w:t>tánc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kötetlen</w:t>
      </w:r>
      <w:proofErr w:type="spellEnd"/>
      <w:r>
        <w:t xml:space="preserve"> </w:t>
      </w:r>
      <w:proofErr w:type="spellStart"/>
      <w:r>
        <w:t>együttlét</w:t>
      </w:r>
      <w:proofErr w:type="spellEnd"/>
      <w:r>
        <w:t xml:space="preserve"> </w:t>
      </w:r>
      <w:proofErr w:type="spellStart"/>
      <w:r>
        <w:t>zárja</w:t>
      </w:r>
      <w:proofErr w:type="spellEnd"/>
      <w:r>
        <w:t xml:space="preserve"> a </w:t>
      </w:r>
      <w:proofErr w:type="spellStart"/>
      <w:r>
        <w:t>napot</w:t>
      </w:r>
      <w:proofErr w:type="spellEnd"/>
      <w:r>
        <w:t>.</w:t>
      </w:r>
    </w:p>
    <w:p w:rsidR="003E54E5" w:rsidRDefault="003E54E5">
      <w:pPr>
        <w:rPr>
          <w:rFonts w:hint="eastAsia"/>
        </w:rPr>
      </w:pPr>
    </w:p>
    <w:p w:rsidR="003E54E5" w:rsidRPr="003E54E5" w:rsidRDefault="003E54E5" w:rsidP="003E54E5">
      <w:pPr>
        <w:pStyle w:val="NormlWeb"/>
        <w:rPr>
          <w:rFonts w:ascii="Aptos" w:hAnsi="Aptos"/>
          <w:b/>
          <w:sz w:val="21"/>
          <w:szCs w:val="21"/>
        </w:rPr>
      </w:pPr>
      <w:r w:rsidRPr="003E54E5">
        <w:rPr>
          <w:rFonts w:ascii="Aptos" w:hAnsi="Aptos"/>
          <w:b/>
          <w:sz w:val="21"/>
          <w:szCs w:val="21"/>
        </w:rPr>
        <w:t>Program</w:t>
      </w:r>
    </w:p>
    <w:p w:rsidR="003E54E5" w:rsidRPr="003E54E5" w:rsidRDefault="003E54E5" w:rsidP="003E54E5">
      <w:pPr>
        <w:pStyle w:val="NormlWeb"/>
        <w:spacing w:line="480" w:lineRule="auto"/>
        <w:rPr>
          <w:rFonts w:ascii="Aptos" w:hAnsi="Aptos"/>
          <w:sz w:val="21"/>
          <w:szCs w:val="21"/>
        </w:rPr>
      </w:pPr>
      <w:r w:rsidRPr="003E54E5">
        <w:rPr>
          <w:rFonts w:ascii="Aptos" w:hAnsi="Aptos"/>
          <w:b/>
          <w:sz w:val="21"/>
          <w:szCs w:val="21"/>
        </w:rPr>
        <w:t>9.00 – n</w:t>
      </w:r>
      <w:r w:rsidRPr="003E54E5">
        <w:rPr>
          <w:rFonts w:ascii="Aptos" w:hAnsi="Aptos"/>
          <w:b/>
          <w:bCs/>
          <w:sz w:val="21"/>
          <w:szCs w:val="21"/>
        </w:rPr>
        <w:t>apkezdés</w:t>
      </w:r>
      <w:r w:rsidRPr="003E54E5">
        <w:rPr>
          <w:rFonts w:ascii="Aptos" w:hAnsi="Aptos"/>
          <w:sz w:val="21"/>
          <w:szCs w:val="21"/>
        </w:rPr>
        <w:t xml:space="preserve"> a plébánia udvarán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 xml:space="preserve">10.00 – </w:t>
      </w:r>
      <w:proofErr w:type="spellStart"/>
      <w:r w:rsidRPr="003E54E5">
        <w:rPr>
          <w:rFonts w:ascii="Aptos" w:hAnsi="Aptos"/>
          <w:b/>
          <w:sz w:val="21"/>
          <w:szCs w:val="21"/>
        </w:rPr>
        <w:t>főelőadás</w:t>
      </w:r>
      <w:proofErr w:type="spellEnd"/>
      <w:r w:rsidRPr="003E54E5">
        <w:rPr>
          <w:rFonts w:ascii="Aptos" w:hAnsi="Aptos"/>
          <w:sz w:val="21"/>
          <w:szCs w:val="21"/>
        </w:rPr>
        <w:t xml:space="preserve">: Ferenczy István és a </w:t>
      </w:r>
      <w:proofErr w:type="spellStart"/>
      <w:r w:rsidRPr="003E54E5">
        <w:rPr>
          <w:rFonts w:ascii="Aptos" w:hAnsi="Aptos"/>
          <w:sz w:val="21"/>
          <w:szCs w:val="21"/>
        </w:rPr>
        <w:t>Cor</w:t>
      </w:r>
      <w:proofErr w:type="spellEnd"/>
      <w:r w:rsidRPr="003E54E5">
        <w:rPr>
          <w:rFonts w:ascii="Aptos" w:hAnsi="Aptos"/>
          <w:sz w:val="21"/>
          <w:szCs w:val="21"/>
        </w:rPr>
        <w:t xml:space="preserve"> </w:t>
      </w:r>
      <w:proofErr w:type="spellStart"/>
      <w:r w:rsidRPr="003E54E5">
        <w:rPr>
          <w:rFonts w:ascii="Aptos" w:hAnsi="Aptos"/>
          <w:sz w:val="21"/>
          <w:szCs w:val="21"/>
        </w:rPr>
        <w:t>et</w:t>
      </w:r>
      <w:proofErr w:type="spellEnd"/>
      <w:r w:rsidRPr="003E54E5">
        <w:rPr>
          <w:rFonts w:ascii="Aptos" w:hAnsi="Aptos"/>
          <w:sz w:val="21"/>
          <w:szCs w:val="21"/>
        </w:rPr>
        <w:t xml:space="preserve"> Lumen </w:t>
      </w:r>
      <w:proofErr w:type="spellStart"/>
      <w:r w:rsidRPr="003E54E5">
        <w:rPr>
          <w:rFonts w:ascii="Aptos" w:hAnsi="Aptos"/>
          <w:sz w:val="21"/>
          <w:szCs w:val="21"/>
        </w:rPr>
        <w:t>Christi</w:t>
      </w:r>
      <w:proofErr w:type="spellEnd"/>
      <w:r w:rsidRPr="003E54E5">
        <w:rPr>
          <w:rFonts w:ascii="Aptos" w:hAnsi="Aptos"/>
          <w:sz w:val="21"/>
          <w:szCs w:val="21"/>
        </w:rPr>
        <w:t xml:space="preserve"> közösség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>11.00 –</w:t>
      </w:r>
      <w:r w:rsidR="00440A19">
        <w:rPr>
          <w:rFonts w:ascii="Aptos" w:hAnsi="Aptos"/>
          <w:b/>
          <w:sz w:val="21"/>
          <w:szCs w:val="21"/>
        </w:rPr>
        <w:t xml:space="preserve"> </w:t>
      </w:r>
      <w:r w:rsidRPr="003E54E5">
        <w:rPr>
          <w:rFonts w:ascii="Aptos" w:hAnsi="Aptos"/>
          <w:b/>
          <w:sz w:val="21"/>
          <w:szCs w:val="21"/>
        </w:rPr>
        <w:t xml:space="preserve">szentségimádás </w:t>
      </w:r>
      <w:r w:rsidRPr="003E54E5">
        <w:rPr>
          <w:rFonts w:ascii="Aptos" w:hAnsi="Aptos"/>
          <w:sz w:val="21"/>
          <w:szCs w:val="21"/>
        </w:rPr>
        <w:t>(közbenjáró ima és gyóntatás)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>12.30 – ebédszünet</w:t>
      </w:r>
      <w:r w:rsidRPr="003E54E5">
        <w:rPr>
          <w:rFonts w:ascii="Aptos" w:hAnsi="Aptos"/>
          <w:sz w:val="21"/>
          <w:szCs w:val="21"/>
        </w:rPr>
        <w:t>, idő a személyes találkozásokra</w:t>
      </w:r>
      <w:r w:rsidRPr="003E54E5">
        <w:rPr>
          <w:rFonts w:ascii="Aptos" w:hAnsi="Aptos"/>
          <w:b/>
          <w:sz w:val="21"/>
          <w:szCs w:val="21"/>
        </w:rPr>
        <w:t xml:space="preserve"> 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>14.00 – fakultációk, műhelyek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>15.15 – tanúságtétel</w:t>
      </w:r>
      <w:r w:rsidRPr="003E54E5">
        <w:rPr>
          <w:rFonts w:ascii="Aptos" w:hAnsi="Aptos"/>
          <w:sz w:val="21"/>
          <w:szCs w:val="21"/>
        </w:rPr>
        <w:t xml:space="preserve"> és zenés felkészülés a szentmisére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sz w:val="21"/>
          <w:szCs w:val="21"/>
        </w:rPr>
        <w:t>16.00 – szentmise</w:t>
      </w:r>
      <w:r w:rsidRPr="003E54E5">
        <w:rPr>
          <w:rFonts w:ascii="Aptos" w:hAnsi="Aptos"/>
          <w:sz w:val="21"/>
          <w:szCs w:val="21"/>
        </w:rPr>
        <w:t xml:space="preserve"> – </w:t>
      </w:r>
      <w:proofErr w:type="spellStart"/>
      <w:r w:rsidRPr="003E54E5">
        <w:rPr>
          <w:rFonts w:ascii="Aptos" w:hAnsi="Aptos"/>
          <w:sz w:val="21"/>
          <w:szCs w:val="21"/>
        </w:rPr>
        <w:t>főcelebráns</w:t>
      </w:r>
      <w:proofErr w:type="spellEnd"/>
      <w:r w:rsidRPr="003E54E5">
        <w:rPr>
          <w:rFonts w:ascii="Aptos" w:hAnsi="Aptos"/>
          <w:sz w:val="21"/>
          <w:szCs w:val="21"/>
        </w:rPr>
        <w:t>: Dr. Bábel Balázs érsek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bCs/>
          <w:sz w:val="21"/>
          <w:szCs w:val="21"/>
        </w:rPr>
        <w:lastRenderedPageBreak/>
        <w:t>zenei szolgálat</w:t>
      </w:r>
      <w:r w:rsidRPr="003E54E5">
        <w:rPr>
          <w:rFonts w:ascii="Aptos" w:hAnsi="Aptos"/>
          <w:sz w:val="21"/>
          <w:szCs w:val="21"/>
        </w:rPr>
        <w:t xml:space="preserve"> egész nap: Martin Dorka és csapata</w:t>
      </w:r>
      <w:r w:rsidRPr="003E54E5">
        <w:rPr>
          <w:rFonts w:ascii="Aptos" w:hAnsi="Aptos"/>
          <w:sz w:val="21"/>
          <w:szCs w:val="21"/>
        </w:rPr>
        <w:br/>
      </w:r>
      <w:r w:rsidRPr="003E54E5">
        <w:rPr>
          <w:rFonts w:ascii="Aptos" w:hAnsi="Aptos"/>
          <w:b/>
          <w:bCs/>
          <w:sz w:val="21"/>
          <w:szCs w:val="21"/>
        </w:rPr>
        <w:t>a szentmise után</w:t>
      </w:r>
      <w:r w:rsidRPr="003E54E5">
        <w:rPr>
          <w:rFonts w:ascii="Aptos" w:hAnsi="Aptos"/>
          <w:sz w:val="21"/>
          <w:szCs w:val="21"/>
        </w:rPr>
        <w:t>: közös éneklés, tánc, örömteli, kötetlen együttlét</w:t>
      </w:r>
    </w:p>
    <w:p w:rsidR="00EE3C45" w:rsidRPr="003E54E5" w:rsidRDefault="009131D5">
      <w:pPr>
        <w:pStyle w:val="Cmsor1"/>
        <w:rPr>
          <w:lang w:val="hu-HU"/>
        </w:rPr>
      </w:pPr>
      <w:r w:rsidRPr="003E54E5">
        <w:rPr>
          <w:lang w:val="hu-HU"/>
        </w:rPr>
        <w:t>Gyerekmaros: egy nap az Úrral kézen fogva</w:t>
      </w:r>
    </w:p>
    <w:p w:rsidR="00EE3C45" w:rsidRPr="00440A19" w:rsidRDefault="009131D5">
      <w:pPr>
        <w:rPr>
          <w:rFonts w:hint="eastAsia"/>
          <w:lang w:val="hu-HU"/>
        </w:rPr>
      </w:pPr>
      <w:r w:rsidRPr="003E54E5">
        <w:rPr>
          <w:lang w:val="hu-HU"/>
        </w:rPr>
        <w:t>A találkozóval párhuzamosan a Gyerekmaros 3–</w:t>
      </w:r>
      <w:r w:rsidR="003E54E5" w:rsidRPr="003E54E5">
        <w:rPr>
          <w:lang w:val="hu-HU"/>
        </w:rPr>
        <w:t>16</w:t>
      </w:r>
      <w:r w:rsidR="003E54E5">
        <w:rPr>
          <w:lang w:val="hu-HU"/>
        </w:rPr>
        <w:t xml:space="preserve"> </w:t>
      </w:r>
      <w:r w:rsidRPr="003E54E5">
        <w:rPr>
          <w:lang w:val="hu-HU"/>
        </w:rPr>
        <w:t xml:space="preserve">éveseknek kínál életkorhoz igazított, kiscsoportos programot. </w:t>
      </w:r>
      <w:r w:rsidRPr="00440A19">
        <w:rPr>
          <w:lang w:val="hu-HU"/>
        </w:rPr>
        <w:t>A gyermekeket 8.30 és 9.40 között fogadják az altáborok gyülekezési helyszínein; ezt követően játék, szentségimádás és lelki programok várják őket a nagymarosi réten. A szentmisén részt nem vevő gyermekeket 15.30 és 15.45 között, a szentmisén részt vevőket 17.45-kor adják át a kísérőknek. A részvételhez előzetes regisztráció szükséges.</w:t>
      </w:r>
    </w:p>
    <w:p w:rsidR="00EE3C45" w:rsidRPr="00440A19" w:rsidRDefault="009131D5">
      <w:pPr>
        <w:rPr>
          <w:rFonts w:hint="eastAsia"/>
          <w:lang w:val="hu-HU"/>
        </w:rPr>
      </w:pPr>
      <w:r w:rsidRPr="00440A19">
        <w:rPr>
          <w:lang w:val="hu-HU"/>
        </w:rPr>
        <w:t>A Gyerekmaros önkéntes csoportvezetőket is vár. A felkészített vezetők korosztályos, 20–25 fős csoportokban kísérik a gyermekeket; jelentkezni a Gyerekmaros honlapján lehet.</w:t>
      </w:r>
    </w:p>
    <w:p w:rsidR="00EE3C45" w:rsidRPr="00440A19" w:rsidRDefault="009131D5">
      <w:pPr>
        <w:pStyle w:val="Cmsor1"/>
        <w:rPr>
          <w:lang w:val="hu-HU"/>
        </w:rPr>
      </w:pPr>
      <w:r w:rsidRPr="00440A19">
        <w:rPr>
          <w:lang w:val="hu-HU"/>
        </w:rPr>
        <w:t>Gyakorlati információk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746"/>
      </w:tblGrid>
      <w:tr w:rsidR="00EE3C45" w:rsidRPr="004E4CE3">
        <w:tc>
          <w:tcPr>
            <w:tcW w:w="9746" w:type="dxa"/>
            <w:shd w:val="clear" w:color="auto" w:fill="F1F6F6"/>
          </w:tcPr>
          <w:p w:rsidR="00EE3C45" w:rsidRPr="00440A19" w:rsidRDefault="009131D5">
            <w:pPr>
              <w:rPr>
                <w:rFonts w:hint="eastAsia"/>
                <w:lang w:val="hu-HU"/>
              </w:rPr>
            </w:pPr>
            <w:r w:rsidRPr="00440A19">
              <w:rPr>
                <w:b/>
                <w:lang w:val="hu-HU"/>
              </w:rPr>
              <w:t xml:space="preserve">Időpont: </w:t>
            </w:r>
            <w:r w:rsidRPr="00440A19">
              <w:rPr>
                <w:lang w:val="hu-HU"/>
              </w:rPr>
              <w:t>2026. október 3., szombat, 9.00–18.00</w:t>
            </w:r>
            <w:r w:rsidRPr="00440A19">
              <w:rPr>
                <w:lang w:val="hu-HU"/>
              </w:rPr>
              <w:br/>
            </w:r>
            <w:r w:rsidRPr="00440A19">
              <w:rPr>
                <w:b/>
                <w:lang w:val="hu-HU"/>
              </w:rPr>
              <w:t xml:space="preserve">Helyszín: </w:t>
            </w:r>
            <w:r w:rsidRPr="00440A19">
              <w:rPr>
                <w:lang w:val="hu-HU"/>
              </w:rPr>
              <w:t>Nagymaros, a plébánia udvara és a találkozó városi helyszínei</w:t>
            </w:r>
            <w:r w:rsidRPr="00440A19">
              <w:rPr>
                <w:lang w:val="hu-HU"/>
              </w:rPr>
              <w:br/>
            </w:r>
            <w:r w:rsidR="004E4CE3" w:rsidRPr="00440A19">
              <w:rPr>
                <w:b/>
                <w:lang w:val="hu-HU"/>
              </w:rPr>
              <w:t xml:space="preserve">Közösségi média: </w:t>
            </w:r>
            <w:r w:rsidR="004E4CE3" w:rsidRPr="00440A19">
              <w:rPr>
                <w:lang w:val="hu-HU"/>
              </w:rPr>
              <w:t>Facebook: Nagymarosi Ifjúsági Találkozó; Instagram: @</w:t>
            </w:r>
            <w:proofErr w:type="spellStart"/>
            <w:r w:rsidR="004E4CE3" w:rsidRPr="00440A19">
              <w:rPr>
                <w:lang w:val="hu-HU"/>
              </w:rPr>
              <w:t>nagymarosi.talalkozo</w:t>
            </w:r>
            <w:proofErr w:type="spellEnd"/>
            <w:r w:rsidRPr="00440A19">
              <w:rPr>
                <w:b/>
                <w:lang w:val="hu-HU"/>
              </w:rPr>
              <w:br/>
              <w:t xml:space="preserve">Gyerekmaros és regisztráció: </w:t>
            </w:r>
            <w:hyperlink r:id="rId8">
              <w:r w:rsidRPr="00440A19">
                <w:rPr>
                  <w:color w:val="166A73"/>
                  <w:u w:val="single"/>
                  <w:lang w:val="hu-HU"/>
                </w:rPr>
                <w:t>gyerekmaros.katolikus.hu</w:t>
              </w:r>
            </w:hyperlink>
            <w:r w:rsidRPr="00440A19">
              <w:rPr>
                <w:b/>
                <w:lang w:val="hu-HU"/>
              </w:rPr>
              <w:br/>
            </w:r>
            <w:r w:rsidRPr="00440A19">
              <w:rPr>
                <w:b/>
                <w:color w:val="166A73"/>
                <w:lang w:val="hu-HU"/>
              </w:rPr>
              <w:t>Információ a sajtó munkatársainak</w:t>
            </w:r>
            <w:r w:rsidRPr="00440A19">
              <w:rPr>
                <w:b/>
                <w:color w:val="166A73"/>
                <w:lang w:val="hu-HU"/>
              </w:rPr>
              <w:br/>
            </w:r>
            <w:r w:rsidRPr="00440A19">
              <w:rPr>
                <w:lang w:val="hu-HU"/>
              </w:rPr>
              <w:t>Interjúegyeztetés az előadókkal vagy a szervezőkkel: Hadi Rita, +36 20 365 8151.</w:t>
            </w:r>
          </w:p>
        </w:tc>
      </w:tr>
    </w:tbl>
    <w:p w:rsidR="009131D5" w:rsidRPr="00440A19" w:rsidRDefault="009131D5">
      <w:pPr>
        <w:rPr>
          <w:rFonts w:hint="eastAsia"/>
          <w:lang w:val="hu-HU"/>
        </w:rPr>
      </w:pPr>
      <w:bookmarkStart w:id="0" w:name="_GoBack"/>
      <w:bookmarkEnd w:id="0"/>
    </w:p>
    <w:sectPr w:rsidR="009131D5" w:rsidRPr="00440A19" w:rsidSect="00034616">
      <w:footerReference w:type="default" r:id="rId9"/>
      <w:pgSz w:w="12240" w:h="15840"/>
      <w:pgMar w:top="1020" w:right="1247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03FD" w:rsidRDefault="005503F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5503FD" w:rsidRDefault="005503F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C45" w:rsidRDefault="009131D5">
    <w:pPr>
      <w:pStyle w:val="llb"/>
      <w:jc w:val="center"/>
      <w:rPr>
        <w:rFonts w:hint="eastAsia"/>
      </w:rPr>
    </w:pPr>
    <w:r>
      <w:rPr>
        <w:color w:val="6E6E6E"/>
        <w:sz w:val="16"/>
      </w:rPr>
      <w:t>Nagymarosi Ifjúsági Találkozó  •  2026. október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03FD" w:rsidRDefault="005503F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5503FD" w:rsidRDefault="005503F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E54E5"/>
    <w:rsid w:val="00440A19"/>
    <w:rsid w:val="004E4CE3"/>
    <w:rsid w:val="005503FD"/>
    <w:rsid w:val="006E499A"/>
    <w:rsid w:val="009131D5"/>
    <w:rsid w:val="00AA1D8D"/>
    <w:rsid w:val="00B47730"/>
    <w:rsid w:val="00CB0664"/>
    <w:rsid w:val="00EE3C4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1F29AC8-A0A7-4F79-8AE3-745C70D7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C693F"/>
    <w:pPr>
      <w:spacing w:after="140" w:line="269" w:lineRule="auto"/>
    </w:pPr>
    <w:rPr>
      <w:rFonts w:ascii="Aptos" w:hAnsi="Aptos"/>
      <w:sz w:val="21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/>
      <w:b/>
      <w:bCs/>
      <w:color w:val="166A73"/>
      <w:sz w:val="30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66A73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166A73"/>
      <w:spacing w:val="5"/>
      <w:kern w:val="28"/>
      <w:sz w:val="50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after="240" w:line="269" w:lineRule="auto"/>
    </w:pPr>
    <w:rPr>
      <w:rFonts w:ascii="Aptos" w:hAnsi="Aptos"/>
      <w:b/>
      <w:color w:val="343434"/>
      <w:sz w:val="24"/>
    </w:rPr>
  </w:style>
  <w:style w:type="paragraph" w:styleId="NormlWeb">
    <w:name w:val="Normal (Web)"/>
    <w:basedOn w:val="Norml"/>
    <w:uiPriority w:val="99"/>
    <w:semiHidden/>
    <w:unhideWhenUsed/>
    <w:rsid w:val="003E5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erekmaros.katolikus.h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6B23878-E59B-4ED7-B292-326D92268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Dobszay Benedek</cp:lastModifiedBy>
  <cp:revision>4</cp:revision>
  <dcterms:created xsi:type="dcterms:W3CDTF">2026-09-10T10:01:00Z</dcterms:created>
  <dcterms:modified xsi:type="dcterms:W3CDTF">2026-09-10T20:59:00Z</dcterms:modified>
  <cp:category/>
</cp:coreProperties>
</file>